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1837E" w14:textId="77777777" w:rsidR="00E91146" w:rsidRDefault="00000000">
      <w:pPr>
        <w:pStyle w:val="Title"/>
      </w:pPr>
      <w:r>
        <w:t>2027 TEACHER APPLICATION PACK</w:t>
      </w:r>
    </w:p>
    <w:p w14:paraId="6EDE6F02" w14:textId="77777777" w:rsidR="00E91146" w:rsidRDefault="00000000">
      <w:r>
        <w:rPr>
          <w:b/>
          <w:color w:val="265A24"/>
        </w:rPr>
        <w:t>Permanent Scale A Teacher | Te Awa School</w:t>
      </w:r>
    </w:p>
    <w:p w14:paraId="665591B1" w14:textId="77777777" w:rsidR="00E91146" w:rsidRDefault="00000000">
      <w:r>
        <w:t>Permanent, full-time Scale A Teacher  •  Senior primary school (upper years)  •  Start: Term 1, 2027</w:t>
      </w:r>
    </w:p>
    <w:p w14:paraId="7BC317C7" w14:textId="77777777" w:rsidR="00E91146" w:rsidRDefault="00000000">
      <w:pPr>
        <w:pStyle w:val="Heading1"/>
      </w:pPr>
      <w:r>
        <w:t>Kia ora and welcome</w:t>
      </w:r>
    </w:p>
    <w:p w14:paraId="06741D64" w14:textId="77777777" w:rsidR="00E91146" w:rsidRDefault="00000000">
      <w:r>
        <w:t>Thank you for your interest in joining our Te Awa School whānau. We are a welcoming, inclusive kura in Napier, where positive relationships and the wellbeing and success of every tamaiti matter. Our K.E.E.N values — Knowledgeable, Enthusiastic, Empathetic and Nurturing — guide the way we work and learn together.</w:t>
      </w:r>
    </w:p>
    <w:p w14:paraId="2F982E9D" w14:textId="77777777" w:rsidR="00E91146" w:rsidRDefault="00000000">
      <w:pPr>
        <w:pStyle w:val="Heading1"/>
      </w:pPr>
      <w:r>
        <w:t>About the position</w:t>
      </w:r>
    </w:p>
    <w:p w14:paraId="7C411A18" w14:textId="77777777" w:rsidR="00E91146" w:rsidRDefault="00000000">
      <w:r>
        <w:t>We are seeking a caring, capable kaiako to teach in our upper senior primary school. We value teamwork, culturally responsive practice, strong classroom teaching and a commitment to helping every learner thrive.</w:t>
      </w:r>
    </w:p>
    <w:p w14:paraId="6892FB7C" w14:textId="77777777" w:rsidR="00E91146" w:rsidRDefault="00000000">
      <w:r>
        <w:t>For a suitably experienced applicant, a management unit may be available to lead and develop sport across our school. This is an optional opportunity, not a requirement for appointment.</w:t>
      </w:r>
    </w:p>
    <w:p w14:paraId="69C6AC1F" w14:textId="77777777" w:rsidR="00E91146" w:rsidRDefault="00000000">
      <w:pPr>
        <w:pStyle w:val="Heading1"/>
      </w:pPr>
      <w:r>
        <w:t>What we are looking for</w:t>
      </w:r>
    </w:p>
    <w:p w14:paraId="05C60692" w14:textId="77777777" w:rsidR="00E91146" w:rsidRDefault="00000000">
      <w:pPr>
        <w:pStyle w:val="ListBullet"/>
      </w:pPr>
      <w:r>
        <w:t>Strong relationships with tamariki, whānau and colleagues, and an inclusive classroom culture.</w:t>
      </w:r>
    </w:p>
    <w:p w14:paraId="18F6B255" w14:textId="77777777" w:rsidR="00E91146" w:rsidRDefault="00000000">
      <w:pPr>
        <w:pStyle w:val="ListBullet"/>
      </w:pPr>
      <w:r>
        <w:t>Effective planning, teaching and assessment that responds to different learning needs.</w:t>
      </w:r>
    </w:p>
    <w:p w14:paraId="4B242F8F" w14:textId="77777777" w:rsidR="00E91146" w:rsidRDefault="00000000">
      <w:pPr>
        <w:pStyle w:val="ListBullet"/>
      </w:pPr>
      <w:r>
        <w:t>Commitment to Te Tiriti o Waitangi, te reo Māori, tikanga Māori and ongoing professional learning.</w:t>
      </w:r>
    </w:p>
    <w:p w14:paraId="46416222" w14:textId="77777777" w:rsidR="00E91146" w:rsidRDefault="00000000">
      <w:pPr>
        <w:pStyle w:val="ListBullet"/>
      </w:pPr>
      <w:r>
        <w:t>A collaborative approach and willingness to contribute to wider school life.</w:t>
      </w:r>
    </w:p>
    <w:p w14:paraId="555E7C61" w14:textId="77777777" w:rsidR="00E91146" w:rsidRDefault="00000000">
      <w:pPr>
        <w:pStyle w:val="Heading1"/>
      </w:pPr>
      <w:r>
        <w:t>How to apply</w:t>
      </w:r>
    </w:p>
    <w:p w14:paraId="24D680C3" w14:textId="77777777" w:rsidR="00E91146" w:rsidRDefault="00000000">
      <w:r>
        <w:t>Please send us your completed application form (page 2), a current CV and a short covering letter explaining what you would bring to Te Awa School. The attached Scale A Teacher Job Description provides further details of the role.</w:t>
      </w:r>
    </w:p>
    <w:p w14:paraId="5416856A" w14:textId="5766919F" w:rsidR="00E91146" w:rsidRDefault="00000000">
      <w:r>
        <w:t xml:space="preserve">Applications close: </w:t>
      </w:r>
      <w:r w:rsidR="00E706B5">
        <w:t>Monday 23</w:t>
      </w:r>
      <w:r w:rsidR="00E706B5" w:rsidRPr="00E706B5">
        <w:rPr>
          <w:vertAlign w:val="superscript"/>
        </w:rPr>
        <w:t>rd</w:t>
      </w:r>
      <w:r w:rsidR="00E706B5">
        <w:t xml:space="preserve"> November 2026</w:t>
      </w:r>
      <w:r>
        <w:t xml:space="preserve">     |     Interviews: </w:t>
      </w:r>
      <w:r w:rsidR="006E3A04">
        <w:t>TBC</w:t>
      </w:r>
    </w:p>
    <w:p w14:paraId="7F0925C5" w14:textId="6C028EA3" w:rsidR="00E91146" w:rsidRDefault="00000000">
      <w:r>
        <w:t xml:space="preserve">Send applications to: </w:t>
      </w:r>
      <w:r w:rsidR="005E2533">
        <w:t>teawabot</w:t>
      </w:r>
      <w:r w:rsidR="00A54778">
        <w:t>2691@gmail.com</w:t>
      </w:r>
      <w:r>
        <w:t xml:space="preserve">    |     Enquiries: Greta Van Zyl, Principal</w:t>
      </w:r>
    </w:p>
    <w:p w14:paraId="1CFAF6D9" w14:textId="77777777" w:rsidR="00E91146" w:rsidRDefault="00000000">
      <w:r>
        <w:t>School visits are warmly welcomed. We look forward to getting to know you!</w:t>
      </w:r>
    </w:p>
    <w:p w14:paraId="62DC951B" w14:textId="77777777" w:rsidR="00E91146" w:rsidRDefault="00000000">
      <w:r>
        <w:br w:type="page"/>
      </w:r>
    </w:p>
    <w:p w14:paraId="43512871" w14:textId="77777777" w:rsidR="00E91146" w:rsidRDefault="00000000">
      <w:pPr>
        <w:pStyle w:val="Title"/>
      </w:pPr>
      <w:r>
        <w:lastRenderedPageBreak/>
        <w:t>APPLICATION FORM</w:t>
      </w:r>
    </w:p>
    <w:p w14:paraId="1B8945A7" w14:textId="77777777" w:rsidR="00E91146" w:rsidRDefault="00000000">
      <w:r>
        <w:rPr>
          <w:b/>
        </w:rPr>
        <w:t>Permanent Scale A Teacher | Starting Term 1, 2027</w:t>
      </w:r>
    </w:p>
    <w:p w14:paraId="7C41DFE5" w14:textId="77777777" w:rsidR="00E91146" w:rsidRDefault="00000000">
      <w:r>
        <w:t>Please complete this form and include your CV and a short covering letter.</w:t>
      </w:r>
    </w:p>
    <w:p w14:paraId="0637584B" w14:textId="77777777" w:rsidR="00E91146" w:rsidRDefault="00000000">
      <w:pPr>
        <w:spacing w:after="200"/>
      </w:pPr>
      <w:r>
        <w:rPr>
          <w:b/>
        </w:rPr>
        <w:t xml:space="preserve">Full name:  </w:t>
      </w:r>
      <w:r>
        <w:t>________________________________________________________________</w:t>
      </w:r>
    </w:p>
    <w:p w14:paraId="1442F1B7" w14:textId="77777777" w:rsidR="00E91146" w:rsidRDefault="00000000">
      <w:pPr>
        <w:spacing w:after="200"/>
      </w:pPr>
      <w:r>
        <w:rPr>
          <w:b/>
        </w:rPr>
        <w:t xml:space="preserve">Email:  </w:t>
      </w:r>
      <w:r>
        <w:t>________________________________________________________________</w:t>
      </w:r>
    </w:p>
    <w:p w14:paraId="673FC35C" w14:textId="77777777" w:rsidR="00E91146" w:rsidRDefault="00000000">
      <w:pPr>
        <w:spacing w:after="200"/>
      </w:pPr>
      <w:r>
        <w:rPr>
          <w:b/>
        </w:rPr>
        <w:t xml:space="preserve">Phone:  </w:t>
      </w:r>
      <w:r>
        <w:t>________________________________________________________________</w:t>
      </w:r>
    </w:p>
    <w:p w14:paraId="14367E03" w14:textId="77777777" w:rsidR="00E91146" w:rsidRDefault="00000000">
      <w:pPr>
        <w:spacing w:after="200"/>
      </w:pPr>
      <w:r>
        <w:rPr>
          <w:b/>
        </w:rPr>
        <w:t xml:space="preserve">Current school / position:  </w:t>
      </w:r>
      <w:r>
        <w:t>________________________________________________________________</w:t>
      </w:r>
    </w:p>
    <w:p w14:paraId="098CE78D" w14:textId="77777777" w:rsidR="00E91146" w:rsidRDefault="00000000">
      <w:pPr>
        <w:spacing w:after="200"/>
      </w:pPr>
      <w:r>
        <w:rPr>
          <w:b/>
        </w:rPr>
        <w:t xml:space="preserve">Teaching registration number:  </w:t>
      </w:r>
      <w:r>
        <w:t>________________________________________________________________</w:t>
      </w:r>
    </w:p>
    <w:p w14:paraId="7D9BB102" w14:textId="77777777" w:rsidR="00E91146" w:rsidRDefault="00000000">
      <w:r>
        <w:t>Registration status:    ☐ Full    ☐ Provisional    ☐ Other: __________________</w:t>
      </w:r>
    </w:p>
    <w:p w14:paraId="58E2A10C" w14:textId="77777777" w:rsidR="00E91146" w:rsidRDefault="00000000">
      <w:r>
        <w:t>Are you legally entitled to work in Aotearoa New Zealand?    ☐ Yes    ☐ No</w:t>
      </w:r>
    </w:p>
    <w:p w14:paraId="09492500" w14:textId="77777777" w:rsidR="00E91146" w:rsidRDefault="00000000">
      <w:r>
        <w:t>Would you like to be considered for the optional sport management unit?    ☐ Yes    ☐ No</w:t>
      </w:r>
    </w:p>
    <w:p w14:paraId="561D2A18" w14:textId="77777777" w:rsidR="00E91146" w:rsidRDefault="00000000">
      <w:pPr>
        <w:pStyle w:val="Heading1"/>
      </w:pPr>
      <w:r>
        <w:t>A little about you</w:t>
      </w:r>
    </w:p>
    <w:p w14:paraId="37E4C44B" w14:textId="77777777" w:rsidR="00E91146" w:rsidRDefault="00000000">
      <w:r>
        <w:t>What would you bring to the senior school at Te Awa? (You may answer in your covering letter.)</w:t>
      </w:r>
    </w:p>
    <w:p w14:paraId="5E4B4876" w14:textId="77777777" w:rsidR="00E91146" w:rsidRDefault="00000000">
      <w:r>
        <w:t>________________________________________________________________________________</w:t>
      </w:r>
    </w:p>
    <w:p w14:paraId="0927C132" w14:textId="77777777" w:rsidR="00E91146" w:rsidRDefault="00000000">
      <w:r>
        <w:t>________________________________________________________________________________</w:t>
      </w:r>
    </w:p>
    <w:p w14:paraId="552B44F9" w14:textId="77777777" w:rsidR="00E91146" w:rsidRDefault="00000000">
      <w:pPr>
        <w:pStyle w:val="Heading1"/>
      </w:pPr>
      <w:r>
        <w:t>Referees</w:t>
      </w:r>
    </w:p>
    <w:p w14:paraId="7801EBEE" w14:textId="77777777" w:rsidR="00E91146" w:rsidRDefault="00000000">
      <w:r>
        <w:t>Please provide two professional referees, including your current or most recent principal/manager where possible.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3261"/>
        <w:gridCol w:w="3260"/>
      </w:tblGrid>
      <w:tr w:rsidR="00E91146" w14:paraId="20275BC6" w14:textId="77777777">
        <w:trPr>
          <w:jc w:val="center"/>
        </w:trPr>
        <w:tc>
          <w:tcPr>
            <w:tcW w:w="3264" w:type="dxa"/>
            <w:shd w:val="clear" w:color="auto" w:fill="E6F0E4"/>
          </w:tcPr>
          <w:p w14:paraId="7CC503BE" w14:textId="77777777" w:rsidR="00E91146" w:rsidRDefault="00000000">
            <w:r>
              <w:rPr>
                <w:b/>
                <w:color w:val="265A24"/>
              </w:rPr>
              <w:t>Name</w:t>
            </w:r>
          </w:p>
        </w:tc>
        <w:tc>
          <w:tcPr>
            <w:tcW w:w="3264" w:type="dxa"/>
            <w:shd w:val="clear" w:color="auto" w:fill="E6F0E4"/>
          </w:tcPr>
          <w:p w14:paraId="2D2D7AA6" w14:textId="77777777" w:rsidR="00E91146" w:rsidRDefault="00000000">
            <w:r>
              <w:rPr>
                <w:b/>
                <w:color w:val="265A24"/>
              </w:rPr>
              <w:t>Role / relationship</w:t>
            </w:r>
          </w:p>
        </w:tc>
        <w:tc>
          <w:tcPr>
            <w:tcW w:w="3264" w:type="dxa"/>
            <w:shd w:val="clear" w:color="auto" w:fill="E6F0E4"/>
          </w:tcPr>
          <w:p w14:paraId="44C6F810" w14:textId="77777777" w:rsidR="00E91146" w:rsidRDefault="00000000">
            <w:r>
              <w:rPr>
                <w:b/>
                <w:color w:val="265A24"/>
              </w:rPr>
              <w:t>Phone or email</w:t>
            </w:r>
          </w:p>
        </w:tc>
      </w:tr>
      <w:tr w:rsidR="00E91146" w14:paraId="11A55469" w14:textId="77777777">
        <w:trPr>
          <w:jc w:val="center"/>
        </w:trPr>
        <w:tc>
          <w:tcPr>
            <w:tcW w:w="3264" w:type="dxa"/>
          </w:tcPr>
          <w:p w14:paraId="20F88C3B" w14:textId="77777777" w:rsidR="00E91146" w:rsidRDefault="00000000">
            <w:r>
              <w:br/>
            </w:r>
          </w:p>
        </w:tc>
        <w:tc>
          <w:tcPr>
            <w:tcW w:w="3264" w:type="dxa"/>
          </w:tcPr>
          <w:p w14:paraId="7A2869FA" w14:textId="77777777" w:rsidR="00E91146" w:rsidRDefault="00000000">
            <w:r>
              <w:br/>
            </w:r>
          </w:p>
        </w:tc>
        <w:tc>
          <w:tcPr>
            <w:tcW w:w="3264" w:type="dxa"/>
          </w:tcPr>
          <w:p w14:paraId="7B76A503" w14:textId="77777777" w:rsidR="00E91146" w:rsidRDefault="00000000">
            <w:r>
              <w:br/>
            </w:r>
          </w:p>
        </w:tc>
      </w:tr>
      <w:tr w:rsidR="00E91146" w14:paraId="50AF52E7" w14:textId="77777777">
        <w:trPr>
          <w:jc w:val="center"/>
        </w:trPr>
        <w:tc>
          <w:tcPr>
            <w:tcW w:w="3264" w:type="dxa"/>
          </w:tcPr>
          <w:p w14:paraId="0EA3FE6A" w14:textId="77777777" w:rsidR="00E91146" w:rsidRDefault="00000000">
            <w:r>
              <w:br/>
            </w:r>
          </w:p>
        </w:tc>
        <w:tc>
          <w:tcPr>
            <w:tcW w:w="3264" w:type="dxa"/>
          </w:tcPr>
          <w:p w14:paraId="4463D9D0" w14:textId="77777777" w:rsidR="00E91146" w:rsidRDefault="00000000">
            <w:r>
              <w:br/>
            </w:r>
          </w:p>
        </w:tc>
        <w:tc>
          <w:tcPr>
            <w:tcW w:w="3264" w:type="dxa"/>
          </w:tcPr>
          <w:p w14:paraId="45A7C7F8" w14:textId="77777777" w:rsidR="00E91146" w:rsidRDefault="00000000">
            <w:r>
              <w:br/>
            </w:r>
          </w:p>
        </w:tc>
      </w:tr>
    </w:tbl>
    <w:p w14:paraId="710C51A4" w14:textId="77777777" w:rsidR="00E91146" w:rsidRDefault="00000000">
      <w:r>
        <w:t>May we contact your referees?    ☐ Yes    ☐ Please contact me first</w:t>
      </w:r>
    </w:p>
    <w:p w14:paraId="00A4E5BC" w14:textId="77777777" w:rsidR="00E91146" w:rsidRDefault="00000000">
      <w:pPr>
        <w:pStyle w:val="Heading1"/>
      </w:pPr>
      <w:r>
        <w:t>Declaration</w:t>
      </w:r>
    </w:p>
    <w:p w14:paraId="510E192A" w14:textId="77777777" w:rsidR="00E91146" w:rsidRDefault="00000000">
      <w:r>
        <w:t>I confirm the information in my application is true and complete to the best of my knowledge. I understand that appointment is subject to the usual school recruitment, reference and safety checks.</w:t>
      </w:r>
    </w:p>
    <w:p w14:paraId="24E83F1F" w14:textId="77777777" w:rsidR="00E91146" w:rsidRDefault="00000000">
      <w:r>
        <w:t>Signature: ________________________________      Date: __________________</w:t>
      </w:r>
    </w:p>
    <w:sectPr w:rsidR="00E91146" w:rsidSect="00034616">
      <w:headerReference w:type="default" r:id="rId8"/>
      <w:footerReference w:type="default" r:id="rId9"/>
      <w:pgSz w:w="12240" w:h="15840"/>
      <w:pgMar w:top="1829" w:right="1224" w:bottom="936" w:left="1224" w:header="4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4E3FE" w14:textId="77777777" w:rsidR="00FE5DFD" w:rsidRDefault="00FE5DFD">
      <w:pPr>
        <w:spacing w:after="0" w:line="240" w:lineRule="auto"/>
      </w:pPr>
      <w:r>
        <w:separator/>
      </w:r>
    </w:p>
  </w:endnote>
  <w:endnote w:type="continuationSeparator" w:id="0">
    <w:p w14:paraId="65624735" w14:textId="77777777" w:rsidR="00FE5DFD" w:rsidRDefault="00FE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14A1D" w14:textId="77777777" w:rsidR="00E91146" w:rsidRDefault="00000000">
    <w:pPr>
      <w:pStyle w:val="Footer"/>
      <w:jc w:val="center"/>
    </w:pPr>
    <w:r>
      <w:rPr>
        <w:color w:val="265A24"/>
        <w:sz w:val="16"/>
      </w:rPr>
      <w:t>Te Awa School  •  K.E.E.N in all we 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3F536" w14:textId="77777777" w:rsidR="00FE5DFD" w:rsidRDefault="00FE5DFD">
      <w:pPr>
        <w:spacing w:after="0" w:line="240" w:lineRule="auto"/>
      </w:pPr>
      <w:r>
        <w:separator/>
      </w:r>
    </w:p>
  </w:footnote>
  <w:footnote w:type="continuationSeparator" w:id="0">
    <w:p w14:paraId="51BB877B" w14:textId="77777777" w:rsidR="00FE5DFD" w:rsidRDefault="00FE5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F9B1A" w14:textId="77777777" w:rsidR="00E91146" w:rsidRDefault="00000000">
    <w:pPr>
      <w:pStyle w:val="Header"/>
      <w:pBdr>
        <w:bottom w:val="single" w:sz="12" w:space="0" w:color="4B803B"/>
      </w:pBdr>
      <w:jc w:val="center"/>
    </w:pPr>
    <w:r>
      <w:rPr>
        <w:noProof/>
      </w:rPr>
      <w:drawing>
        <wp:inline distT="0" distB="0" distL="0" distR="0" wp14:anchorId="65689ADC" wp14:editId="7909E8B3">
          <wp:extent cx="5989320" cy="102701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89320" cy="1027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4463343">
    <w:abstractNumId w:val="8"/>
  </w:num>
  <w:num w:numId="2" w16cid:durableId="1326786989">
    <w:abstractNumId w:val="6"/>
  </w:num>
  <w:num w:numId="3" w16cid:durableId="1726102005">
    <w:abstractNumId w:val="5"/>
  </w:num>
  <w:num w:numId="4" w16cid:durableId="137839518">
    <w:abstractNumId w:val="4"/>
  </w:num>
  <w:num w:numId="5" w16cid:durableId="1020274318">
    <w:abstractNumId w:val="7"/>
  </w:num>
  <w:num w:numId="6" w16cid:durableId="1924147290">
    <w:abstractNumId w:val="3"/>
  </w:num>
  <w:num w:numId="7" w16cid:durableId="554583694">
    <w:abstractNumId w:val="2"/>
  </w:num>
  <w:num w:numId="8" w16cid:durableId="1925720264">
    <w:abstractNumId w:val="1"/>
  </w:num>
  <w:num w:numId="9" w16cid:durableId="826169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C2432"/>
    <w:rsid w:val="005E2533"/>
    <w:rsid w:val="006E3A04"/>
    <w:rsid w:val="00850C00"/>
    <w:rsid w:val="00A54778"/>
    <w:rsid w:val="00AA1D8D"/>
    <w:rsid w:val="00B47730"/>
    <w:rsid w:val="00BA4915"/>
    <w:rsid w:val="00CB0664"/>
    <w:rsid w:val="00E706B5"/>
    <w:rsid w:val="00E91146"/>
    <w:rsid w:val="00FC693F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F5C0B4"/>
  <w14:defaultImageDpi w14:val="300"/>
  <w15:docId w15:val="{F108F238-5B67-42D1-8A85-C7DB7CC86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5A24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65A2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Greta Van Zyl</cp:lastModifiedBy>
  <cp:revision>7</cp:revision>
  <dcterms:created xsi:type="dcterms:W3CDTF">2026-11-03T20:29:00Z</dcterms:created>
  <dcterms:modified xsi:type="dcterms:W3CDTF">2026-11-03T20:39:00Z</dcterms:modified>
  <cp:category/>
</cp:coreProperties>
</file>